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شعراء الظل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السيد أبو المجد/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9789957381653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النقد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