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الأدب الأرسطية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جريجور شولر/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9789957381080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الفلسفة الأرسطية/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