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عطا الطريفي/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9786589079972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