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 تحليل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رابح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8001266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