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السياق القرآني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المثنى عبد الفتاح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إعجاز القرآن/ القرآن/ ألفاظ القرآن/ علوم القرآن/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