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في المنشات الخدمية والصناعية : مدخل 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بن معتز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9789957123635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ادارة الانتاج/ الانتاجية/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