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جهاد عبد الله عفانة/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الصغيرة/ ادارة/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