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المشروعات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عبد الستار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9789957065010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المشاريع/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