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حسام إبراهيم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9789957820275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القطاع العام/ ادارة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