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9789957245597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المعلومات/ الاداري الاقتصاد/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