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مصطفى صالح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ادارة الاعمال/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