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 والتحليل الاستثماري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دريد كامل آل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9789957121877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التحليل الاستثماري/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