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السيد 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9789957077242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المشتقات المالية/ سوق الصرف/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