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نزنر سعد الدين العيسى/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