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الأثار الإقتصادية لأسواق الأوراق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زكريا سلامة عيسى شطناوي/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9789957477349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الاسواق/ الاقتصاد الاسلامي/ الاوراق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