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التسويق والمبيعات السياحية والفندقية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علاء حسين السرابي/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جرير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9789957382032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التسويق/ ادارة المبيعات/ السياحة/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