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التوازن الإقتصادي العام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سلام سميسم/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9789957023973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الاسلامي/ الاقتصاد الوضعي/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