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لامن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واء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A978995750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حقوق الانس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