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العينية   الرهن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صهيب عيد الله الشخابنة/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9789957800529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الفقه الاسلامي/ الضمانات/ الرهن/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