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الإداري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هاشم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الفساد الاداري/ الفساد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