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الفساد الإداري و علاجه في الشريعة الإسلامية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محمود محمد معابرة/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الثقافة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9789957166502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الفساد الاداري/ الشريعة الاسلامية/ القانون الاداري/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