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المصارف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حيدر يونس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3301374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المصارف الاسلامية/ الاوراق المالية/ الأداء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