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المشروعات الصناعية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د ضرارالعتيبي/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/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اليازوري/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272ص.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9789957122331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ادارة المواد/ المشروعات الصناعية/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