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حاكم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 المالية/ عقود المبادلات/ عقود الخيارات/ التحوط/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