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النظريات الاقتصادية المؤثرة في النشاط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عبد الكريم إرشيد/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النفائس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9789957800574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النظريات الاقتصادية/ الاقتصاد الاسلامي/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