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المالية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جميل السعودي/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المالية/ ادارة/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