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الصناعة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أحمد سعيد باخرمة/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الزهراء/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9960664279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الصناعة/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