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توفيق الحاج أحمد/ أ سمير حسين محمود عوده/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