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صناعة الفنادق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سليم محمد خنفر/ علاء حسين السرابي/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9789957382032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الفنادق/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