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صيانة وإدامة نظم المعلومات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نظم المعلومات/ المعلومات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