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الإدارة التطبيقية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أمل محمد علمي بورشك/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دار المستقبل/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9789957821043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الادارة العامة/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