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الإحصاء لطلبة الإدارة والإقتصاد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إبراهيم محمد البطاينة/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9789957067137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الإدارة العامة/ الإحصاء الوصفي/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