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الإقتصاد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محمد محمود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9789957477912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الاسلام/ الاداري الاقتصاد/ الاقتصاد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