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ادارة الازمات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ماجد سلام الهدمي/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6581428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الازمات/ الاستراتيجية/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