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الإدارة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قاسم القريوتي/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799957114168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الادارة/ النظريات/ العمليات/ الوظائف/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