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الناصر نور/ أ عليان الشريف/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التكاليف/ محاسبة التكاليف الصناعية/ تحليل التكلفة/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