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جمال علي هلالي/ د عبد الرزاق شحادة/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6571434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البنوك التجارية/ التأمين/ شركات التأمين/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