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المصارف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حسين محمد سمحان/ د موسى عمر مبارك/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البنوك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