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خيري مصطفى كتانة/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النظريات/ العمليات الادارية/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