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الى الأساليب الكمية في التسويق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مؤيد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9789957064150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