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البيانات باستخدام spss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خالد محمد السواعي/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9789957704049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الإحصاء الوصفي/ spss/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