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سليمان خالد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العمليات/ 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