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مقدمة في الاقتصاد الرقمي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جعفر حسن جاسم/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البداية ناشرون وموزعون/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375ص.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9789957820176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الاقتصاد المالي/ الاسواق المالية/ الرقمنة/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