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سامي محمد الوقاد/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