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المعلومات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عبد الفتاح إبراهيم زريبة/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9789957332198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المالية العامة/ السياسة المالية/ ادارة المعلومات/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