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راتيجيات التسويقية في الا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انترنيت/ الاستراتيج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