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والتجارة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أحمد محمد غنيم/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المكتبة العصرية/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9774100832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التجارة الالكترونية/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