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الحاسوب في الإدارة والتسويق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الناصر أحمد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9789957121686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الحاسوب/ التسويق/ الادارة/ تكنولوجيا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