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الإستخبارات التسويقية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علاء فرحان 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9789957244231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الاستخبارات التسويقية/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