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المحاسبة في تعظيم قيمة المؤسسات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المنظمة العربية للتنمية الإدارية/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المنظمة العربية للتنمية الإدارية/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060136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المحاسبة/ القياس المحاسبي/ إدارة المخاطر/ المؤسسات/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